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743D"/>
        </w:rPr>
        <w:t>[Business name] Cleaning Business Plan</w:t>
      </w:r>
    </w:p>
    <w:p>
      <w:r>
        <w:t>Owner: [your name]   ·   City / service area: [city]   ·   Date: [date]</w:t>
      </w:r>
    </w:p>
    <w:p>
      <w:r>
        <w:t>Anything in [brackets] is a prompt. Replace it with your own answer and delete the brackets. One to three pages is enough.</w:t>
      </w:r>
    </w:p>
    <w:p>
      <w:pPr>
        <w:pStyle w:val="Heading1"/>
      </w:pPr>
      <w:r>
        <w:rPr>
          <w:color w:val="00743D"/>
        </w:rPr>
        <w:t>1. Summary</w:t>
      </w:r>
    </w:p>
    <w:p>
      <w:r>
        <w:t>[What you do, in one sentence: e.g. "We clean homes in [area] for busy families, priced per job by square footage."]</w:t>
      </w:r>
    </w:p>
    <w:p>
      <w:r>
        <w:t>[Who you serve.]</w:t>
      </w:r>
    </w:p>
    <w:p>
      <w:r>
        <w:t>[Your monthly revenue goal and the date you want to hit it: e.g. $10,000 a month by [date].]</w:t>
      </w:r>
    </w:p>
    <w:p>
      <w:r>
        <w:t>[How you'll get there, in one or two sentences.]</w:t>
      </w:r>
    </w:p>
    <w:p>
      <w:pPr>
        <w:pStyle w:val="Heading1"/>
      </w:pPr>
      <w:r>
        <w:rPr>
          <w:color w:val="00743D"/>
        </w:rPr>
        <w:t>2. Services and pricing</w:t>
      </w:r>
    </w:p>
    <w:p>
      <w:r>
        <w:t>Services we offer: [deep clean / recurring standard clean / move in/out / post-construction / other].</w:t>
      </w:r>
    </w:p>
    <w:p>
      <w:r>
        <w:t>We price per job by square footage and service type, never by the hour. Starting price table (edit to fit your market):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Home size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Deep clean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Recurring</w:t>
            </w:r>
          </w:p>
        </w:tc>
        <w:tc>
          <w:tcPr>
            <w:tcW w:type="dxa" w:w="1728"/>
          </w:tcPr>
          <w:p>
            <w:r>
              <w:rPr>
                <w:b/>
              </w:rPr>
              <w:t>Move in/out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Post-construction</w:t>
            </w:r>
          </w:p>
        </w:tc>
      </w:tr>
      <w:tr>
        <w:tc>
          <w:tcPr>
            <w:tcW w:type="dxa" w:w="1728"/>
          </w:tcPr>
          <w:p>
            <w:r>
              <w:t>Up to 750 sq ft</w:t>
            </w:r>
          </w:p>
        </w:tc>
        <w:tc>
          <w:tcPr>
            <w:tcW w:type="dxa" w:w="1728"/>
          </w:tcPr>
          <w:p>
            <w:r>
              <w:t>$200</w:t>
            </w:r>
          </w:p>
        </w:tc>
        <w:tc>
          <w:tcPr>
            <w:tcW w:type="dxa" w:w="1728"/>
          </w:tcPr>
          <w:p>
            <w:r>
              <w:t>$150</w:t>
            </w:r>
          </w:p>
        </w:tc>
        <w:tc>
          <w:tcPr>
            <w:tcW w:type="dxa" w:w="1728"/>
          </w:tcPr>
          <w:p>
            <w:r>
              <w:t>$250</w:t>
            </w:r>
          </w:p>
        </w:tc>
        <w:tc>
          <w:tcPr>
            <w:tcW w:type="dxa" w:w="1728"/>
          </w:tcPr>
          <w:p>
            <w:r>
              <w:t>$400</w:t>
            </w:r>
          </w:p>
        </w:tc>
      </w:tr>
      <w:tr>
        <w:tc>
          <w:tcPr>
            <w:tcW w:type="dxa" w:w="1728"/>
          </w:tcPr>
          <w:p>
            <w:r>
              <w:t>Up to 1,000 sq ft</w:t>
            </w:r>
          </w:p>
        </w:tc>
        <w:tc>
          <w:tcPr>
            <w:tcW w:type="dxa" w:w="1728"/>
          </w:tcPr>
          <w:p>
            <w:r>
              <w:t>$240</w:t>
            </w:r>
          </w:p>
        </w:tc>
        <w:tc>
          <w:tcPr>
            <w:tcW w:type="dxa" w:w="1728"/>
          </w:tcPr>
          <w:p>
            <w:r>
              <w:t>$150</w:t>
            </w:r>
          </w:p>
        </w:tc>
        <w:tc>
          <w:tcPr>
            <w:tcW w:type="dxa" w:w="1728"/>
          </w:tcPr>
          <w:p>
            <w:r>
              <w:t>$280</w:t>
            </w:r>
          </w:p>
        </w:tc>
        <w:tc>
          <w:tcPr>
            <w:tcW w:type="dxa" w:w="1728"/>
          </w:tcPr>
          <w:p>
            <w:r>
              <w:t>$420</w:t>
            </w:r>
          </w:p>
        </w:tc>
      </w:tr>
      <w:tr>
        <w:tc>
          <w:tcPr>
            <w:tcW w:type="dxa" w:w="1728"/>
          </w:tcPr>
          <w:p>
            <w:r>
              <w:t>Up to 1,250 sq ft</w:t>
            </w:r>
          </w:p>
        </w:tc>
        <w:tc>
          <w:tcPr>
            <w:tcW w:type="dxa" w:w="1728"/>
          </w:tcPr>
          <w:p>
            <w:r>
              <w:t>$300</w:t>
            </w:r>
          </w:p>
        </w:tc>
        <w:tc>
          <w:tcPr>
            <w:tcW w:type="dxa" w:w="1728"/>
          </w:tcPr>
          <w:p>
            <w:r>
              <w:t>$163</w:t>
            </w:r>
          </w:p>
        </w:tc>
        <w:tc>
          <w:tcPr>
            <w:tcW w:type="dxa" w:w="1728"/>
          </w:tcPr>
          <w:p>
            <w:r>
              <w:t>$350</w:t>
            </w:r>
          </w:p>
        </w:tc>
        <w:tc>
          <w:tcPr>
            <w:tcW w:type="dxa" w:w="1728"/>
          </w:tcPr>
          <w:p>
            <w:r>
              <w:t>$525</w:t>
            </w:r>
          </w:p>
        </w:tc>
      </w:tr>
      <w:tr>
        <w:tc>
          <w:tcPr>
            <w:tcW w:type="dxa" w:w="1728"/>
          </w:tcPr>
          <w:p>
            <w:r>
              <w:t>Up to 1,500 sq ft</w:t>
            </w:r>
          </w:p>
        </w:tc>
        <w:tc>
          <w:tcPr>
            <w:tcW w:type="dxa" w:w="1728"/>
          </w:tcPr>
          <w:p>
            <w:r>
              <w:t>$360</w:t>
            </w:r>
          </w:p>
        </w:tc>
        <w:tc>
          <w:tcPr>
            <w:tcW w:type="dxa" w:w="1728"/>
          </w:tcPr>
          <w:p>
            <w:r>
              <w:t>$195</w:t>
            </w:r>
          </w:p>
        </w:tc>
        <w:tc>
          <w:tcPr>
            <w:tcW w:type="dxa" w:w="1728"/>
          </w:tcPr>
          <w:p>
            <w:r>
              <w:t>$420</w:t>
            </w:r>
          </w:p>
        </w:tc>
        <w:tc>
          <w:tcPr>
            <w:tcW w:type="dxa" w:w="1728"/>
          </w:tcPr>
          <w:p>
            <w:r>
              <w:t>$630</w:t>
            </w:r>
          </w:p>
        </w:tc>
      </w:tr>
      <w:tr>
        <w:tc>
          <w:tcPr>
            <w:tcW w:type="dxa" w:w="1728"/>
          </w:tcPr>
          <w:p>
            <w:r>
              <w:t>Up to 1,800 sq ft</w:t>
            </w:r>
          </w:p>
        </w:tc>
        <w:tc>
          <w:tcPr>
            <w:tcW w:type="dxa" w:w="1728"/>
          </w:tcPr>
          <w:p>
            <w:r>
              <w:t>$432</w:t>
            </w:r>
          </w:p>
        </w:tc>
        <w:tc>
          <w:tcPr>
            <w:tcW w:type="dxa" w:w="1728"/>
          </w:tcPr>
          <w:p>
            <w:r>
              <w:t>$234</w:t>
            </w:r>
          </w:p>
        </w:tc>
        <w:tc>
          <w:tcPr>
            <w:tcW w:type="dxa" w:w="1728"/>
          </w:tcPr>
          <w:p>
            <w:r>
              <w:t>$504</w:t>
            </w:r>
          </w:p>
        </w:tc>
        <w:tc>
          <w:tcPr>
            <w:tcW w:type="dxa" w:w="1728"/>
          </w:tcPr>
          <w:p>
            <w:r>
              <w:t>$756</w:t>
            </w:r>
          </w:p>
        </w:tc>
      </w:tr>
      <w:tr>
        <w:tc>
          <w:tcPr>
            <w:tcW w:type="dxa" w:w="1728"/>
          </w:tcPr>
          <w:p>
            <w:r>
              <w:t>Up to 2,100 sq ft</w:t>
            </w:r>
          </w:p>
        </w:tc>
        <w:tc>
          <w:tcPr>
            <w:tcW w:type="dxa" w:w="1728"/>
          </w:tcPr>
          <w:p>
            <w:r>
              <w:t>$504</w:t>
            </w:r>
          </w:p>
        </w:tc>
        <w:tc>
          <w:tcPr>
            <w:tcW w:type="dxa" w:w="1728"/>
          </w:tcPr>
          <w:p>
            <w:r>
              <w:t>$273</w:t>
            </w:r>
          </w:p>
        </w:tc>
        <w:tc>
          <w:tcPr>
            <w:tcW w:type="dxa" w:w="1728"/>
          </w:tcPr>
          <w:p>
            <w:r>
              <w:t>$588</w:t>
            </w:r>
          </w:p>
        </w:tc>
        <w:tc>
          <w:tcPr>
            <w:tcW w:type="dxa" w:w="1728"/>
          </w:tcPr>
          <w:p>
            <w:r>
              <w:t>$882</w:t>
            </w:r>
          </w:p>
        </w:tc>
      </w:tr>
      <w:tr>
        <w:tc>
          <w:tcPr>
            <w:tcW w:type="dxa" w:w="1728"/>
          </w:tcPr>
          <w:p>
            <w:r>
              <w:t>Up to 3,000 sq ft</w:t>
            </w:r>
          </w:p>
        </w:tc>
        <w:tc>
          <w:tcPr>
            <w:tcW w:type="dxa" w:w="1728"/>
          </w:tcPr>
          <w:p>
            <w:r>
              <w:t>$720</w:t>
            </w:r>
          </w:p>
        </w:tc>
        <w:tc>
          <w:tcPr>
            <w:tcW w:type="dxa" w:w="1728"/>
          </w:tcPr>
          <w:p>
            <w:r>
              <w:t>$390</w:t>
            </w:r>
          </w:p>
        </w:tc>
        <w:tc>
          <w:tcPr>
            <w:tcW w:type="dxa" w:w="1728"/>
          </w:tcPr>
          <w:p>
            <w:r>
              <w:t>$840</w:t>
            </w:r>
          </w:p>
        </w:tc>
        <w:tc>
          <w:tcPr>
            <w:tcW w:type="dxa" w:w="1728"/>
          </w:tcPr>
          <w:p>
            <w:r>
              <w:t>$1,260</w:t>
            </w:r>
          </w:p>
        </w:tc>
      </w:tr>
    </w:tbl>
    <w:p/>
    <w:p>
      <w:r>
        <w:t>Minimum prices (never go below):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Service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Minimum</w:t>
            </w:r>
          </w:p>
        </w:tc>
      </w:tr>
      <w:tr>
        <w:tc>
          <w:tcPr>
            <w:tcW w:type="dxa" w:w="4320"/>
          </w:tcPr>
          <w:p>
            <w:r>
              <w:t>Deep clean</w:t>
            </w:r>
          </w:p>
        </w:tc>
        <w:tc>
          <w:tcPr>
            <w:tcW w:type="dxa" w:w="4320"/>
          </w:tcPr>
          <w:p>
            <w:r>
              <w:t>$200</w:t>
            </w:r>
          </w:p>
        </w:tc>
      </w:tr>
      <w:tr>
        <w:tc>
          <w:tcPr>
            <w:tcW w:type="dxa" w:w="4320"/>
          </w:tcPr>
          <w:p>
            <w:r>
              <w:t>Standard clean</w:t>
            </w:r>
          </w:p>
        </w:tc>
        <w:tc>
          <w:tcPr>
            <w:tcW w:type="dxa" w:w="4320"/>
          </w:tcPr>
          <w:p>
            <w:r>
              <w:t>$150</w:t>
            </w:r>
          </w:p>
        </w:tc>
      </w:tr>
      <w:tr>
        <w:tc>
          <w:tcPr>
            <w:tcW w:type="dxa" w:w="4320"/>
          </w:tcPr>
          <w:p>
            <w:r>
              <w:t>Weekly standard</w:t>
            </w:r>
          </w:p>
        </w:tc>
        <w:tc>
          <w:tcPr>
            <w:tcW w:type="dxa" w:w="4320"/>
          </w:tcPr>
          <w:p>
            <w:r>
              <w:t>$120</w:t>
            </w:r>
          </w:p>
        </w:tc>
      </w:tr>
      <w:tr>
        <w:tc>
          <w:tcPr>
            <w:tcW w:type="dxa" w:w="4320"/>
          </w:tcPr>
          <w:p>
            <w:r>
              <w:t>Move in/out</w:t>
            </w:r>
          </w:p>
        </w:tc>
        <w:tc>
          <w:tcPr>
            <w:tcW w:type="dxa" w:w="4320"/>
          </w:tcPr>
          <w:p>
            <w:r>
              <w:t>$250</w:t>
            </w:r>
          </w:p>
        </w:tc>
      </w:tr>
      <w:tr>
        <w:tc>
          <w:tcPr>
            <w:tcW w:type="dxa" w:w="4320"/>
          </w:tcPr>
          <w:p>
            <w:r>
              <w:t>Post-construction</w:t>
            </w:r>
          </w:p>
        </w:tc>
        <w:tc>
          <w:tcPr>
            <w:tcW w:type="dxa" w:w="4320"/>
          </w:tcPr>
          <w:p>
            <w:r>
              <w:t>$400</w:t>
            </w:r>
          </w:p>
        </w:tc>
      </w:tr>
    </w:tbl>
    <w:p/>
    <w:p>
      <w:r>
        <w:t>Recurring discounts: every 4 weeks 5% · every other week 15% · weekly 20%.</w:t>
      </w:r>
    </w:p>
    <w:p>
      <w:r>
        <w:t>Add-ons: inside oven $50 · inside fridge $50 · inside dishwasher $50 · interior windows $6 each · blinds $10 each · laundry $25/load · sink of dishes $25 · pet hair $25/pet · wall washing $35.</w:t>
      </w:r>
    </w:p>
    <w:p>
      <w:r>
        <w:t>Rule: every new client's first clean is a deep clean, then we move them to a recurring plan.</w:t>
      </w:r>
    </w:p>
    <w:p>
      <w:r>
        <w:t>[Any price changes for your market, and why.]</w:t>
      </w:r>
    </w:p>
    <w:p>
      <w:pPr>
        <w:pStyle w:val="Heading1"/>
      </w:pPr>
      <w:r>
        <w:rPr>
          <w:color w:val="00743D"/>
        </w:rPr>
        <w:t>3. Target customers and service area</w:t>
      </w:r>
    </w:p>
    <w:p>
      <w:r>
        <w:t>[Who books you: e.g. busy professionals, families with kids, landlords, real estate agents, contractors.]</w:t>
      </w:r>
    </w:p>
    <w:p>
      <w:r>
        <w:t>[Service area: the towns or ZIP codes you'll cover, and how far you'll drive.]</w:t>
      </w:r>
    </w:p>
    <w:p>
      <w:r>
        <w:t>[Residential, commercial, or both?]</w:t>
      </w:r>
    </w:p>
    <w:p>
      <w:r>
        <w:t>[Three local competitors, their prices, and how you'll be different.]</w:t>
      </w:r>
    </w:p>
    <w:p>
      <w:pPr>
        <w:pStyle w:val="Heading1"/>
      </w:pPr>
      <w:r>
        <w:rPr>
          <w:color w:val="00743D"/>
        </w:rPr>
        <w:t>4. Marketing plan</w:t>
      </w:r>
    </w:p>
    <w:p>
      <w:r>
        <w:t>Step 1, warm outreach: [how many personal contacts you'll message (aim for 250), and by what date].</w:t>
      </w:r>
    </w:p>
    <w:p>
      <w:r>
        <w:t>Step 2: [Google Business Profile, reviews, referrals, cold outreach, local groups, ads: pick 2–3 and write when you'll start each].</w:t>
      </w:r>
    </w:p>
    <w:p>
      <w:r>
        <w:t>[How customers book: booking page link, phone, text.]</w:t>
      </w:r>
    </w:p>
    <w:p>
      <w:r>
        <w:t>[How you'll ask every happy client for a review and a referral.]</w:t>
      </w:r>
    </w:p>
    <w:p>
      <w:pPr>
        <w:pStyle w:val="Heading1"/>
      </w:pPr>
      <w:r>
        <w:rPr>
          <w:color w:val="00743D"/>
        </w:rPr>
        <w:t>5. Operations and hiring</w:t>
      </w:r>
    </w:p>
    <w:p>
      <w:r>
        <w:t>[Who cleans at first: you, a partner, or contractors.]</w:t>
      </w:r>
    </w:p>
    <w:p>
      <w:r>
        <w:t>Cleaners: W-9 independent contractors, paid per job, targeting $[30–40] per hour of work. Paperwork: cleaner agreement + W-9.</w:t>
      </w:r>
    </w:p>
    <w:p>
      <w:r>
        <w:t>[When you'll hire your first cleaner: e.g. once you have [number] recurring clients.]</w:t>
      </w:r>
    </w:p>
    <w:p>
      <w:r>
        <w:t>[How jobs, addresses, checklists and payments are handled: e.g. booking software, card charged after the clean.]</w:t>
      </w:r>
    </w:p>
    <w:p>
      <w:r>
        <w:t>[Legal setup: business structure, registration, license and insurance. Check your state's rules.]</w:t>
      </w:r>
    </w:p>
    <w:p>
      <w:pPr>
        <w:pStyle w:val="Heading1"/>
      </w:pPr>
      <w:r>
        <w:rPr>
          <w:color w:val="00743D"/>
        </w:rPr>
        <w:t>6. Startup costs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320"/>
          </w:tcPr>
          <w:p>
            <w:r>
              <w:rPr>
                <w:b/>
              </w:rPr>
              <w:t>Cost</w:t>
            </w:r>
          </w:p>
        </w:tc>
      </w:tr>
      <w:tr>
        <w:tc>
          <w:tcPr>
            <w:tcW w:type="dxa" w:w="4320"/>
          </w:tcPr>
          <w:p>
            <w:r>
              <w:t>Business registration / license</w:t>
            </w:r>
          </w:p>
        </w:tc>
        <w:tc>
          <w:tcPr>
            <w:tcW w:type="dxa" w:w="4320"/>
          </w:tcPr>
          <w:p>
            <w:r>
              <w:t>$[ ]</w:t>
            </w:r>
          </w:p>
        </w:tc>
      </w:tr>
      <w:tr>
        <w:tc>
          <w:tcPr>
            <w:tcW w:type="dxa" w:w="4320"/>
          </w:tcPr>
          <w:p>
            <w:r>
              <w:t>Insurance (first payment)</w:t>
            </w:r>
          </w:p>
        </w:tc>
        <w:tc>
          <w:tcPr>
            <w:tcW w:type="dxa" w:w="4320"/>
          </w:tcPr>
          <w:p>
            <w:r>
              <w:t>$[ ]</w:t>
            </w:r>
          </w:p>
        </w:tc>
      </w:tr>
      <w:tr>
        <w:tc>
          <w:tcPr>
            <w:tcW w:type="dxa" w:w="4320"/>
          </w:tcPr>
          <w:p>
            <w:r>
              <w:t>Cleaning supplies and equipment</w:t>
            </w:r>
          </w:p>
        </w:tc>
        <w:tc>
          <w:tcPr>
            <w:tcW w:type="dxa" w:w="4320"/>
          </w:tcPr>
          <w:p>
            <w:r>
              <w:t>$[ ]</w:t>
            </w:r>
          </w:p>
        </w:tc>
      </w:tr>
      <w:tr>
        <w:tc>
          <w:tcPr>
            <w:tcW w:type="dxa" w:w="4320"/>
          </w:tcPr>
          <w:p>
            <w:r>
              <w:t>Booking and payment software</w:t>
            </w:r>
          </w:p>
        </w:tc>
        <w:tc>
          <w:tcPr>
            <w:tcW w:type="dxa" w:w="4320"/>
          </w:tcPr>
          <w:p>
            <w:r>
              <w:t>$[ ]</w:t>
            </w:r>
          </w:p>
        </w:tc>
      </w:tr>
      <w:tr>
        <w:tc>
          <w:tcPr>
            <w:tcW w:type="dxa" w:w="4320"/>
          </w:tcPr>
          <w:p>
            <w:r>
              <w:t>Website / domain</w:t>
            </w:r>
          </w:p>
        </w:tc>
        <w:tc>
          <w:tcPr>
            <w:tcW w:type="dxa" w:w="4320"/>
          </w:tcPr>
          <w:p>
            <w:r>
              <w:t>$[ ]</w:t>
            </w:r>
          </w:p>
        </w:tc>
      </w:tr>
      <w:tr>
        <w:tc>
          <w:tcPr>
            <w:tcW w:type="dxa" w:w="4320"/>
          </w:tcPr>
          <w:p>
            <w:r>
              <w:t>Marketing</w:t>
            </w:r>
          </w:p>
        </w:tc>
        <w:tc>
          <w:tcPr>
            <w:tcW w:type="dxa" w:w="4320"/>
          </w:tcPr>
          <w:p>
            <w:r>
              <w:t>$[ ]</w:t>
            </w:r>
          </w:p>
        </w:tc>
      </w:tr>
      <w:tr>
        <w:tc>
          <w:tcPr>
            <w:tcW w:type="dxa" w:w="4320"/>
          </w:tcPr>
          <w:p>
            <w:r>
              <w:t>Other: [ ]</w:t>
            </w:r>
          </w:p>
        </w:tc>
        <w:tc>
          <w:tcPr>
            <w:tcW w:type="dxa" w:w="4320"/>
          </w:tcPr>
          <w:p>
            <w:r>
              <w:t>$[ ]</w:t>
            </w:r>
          </w:p>
        </w:tc>
      </w:tr>
      <w:tr>
        <w:tc>
          <w:tcPr>
            <w:tcW w:type="dxa" w:w="4320"/>
          </w:tcPr>
          <w:p>
            <w:r>
              <w:t>Total</w:t>
            </w:r>
          </w:p>
        </w:tc>
        <w:tc>
          <w:tcPr>
            <w:tcW w:type="dxa" w:w="4320"/>
          </w:tcPr>
          <w:p>
            <w:r>
              <w:t>$[ ]</w:t>
            </w:r>
          </w:p>
        </w:tc>
      </w:tr>
    </w:tbl>
    <w:p/>
    <w:p>
      <w:pPr>
        <w:pStyle w:val="Heading1"/>
      </w:pPr>
      <w:r>
        <w:rPr>
          <w:color w:val="00743D"/>
        </w:rPr>
        <w:t>7. Monthly budget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</w:r>
          </w:p>
        </w:tc>
        <w:tc>
          <w:tcPr>
            <w:tcW w:type="dxa" w:w="4320"/>
          </w:tcPr>
          <w:p>
            <w:r>
              <w:rPr>
                <w:b/>
              </w:rPr>
              <w:t>Per month</w:t>
            </w:r>
          </w:p>
        </w:tc>
      </w:tr>
      <w:tr>
        <w:tc>
          <w:tcPr>
            <w:tcW w:type="dxa" w:w="4320"/>
          </w:tcPr>
          <w:p>
            <w:r>
              <w:t>Revenue: [number] recurring clients × $[price] × [visits]</w:t>
            </w:r>
          </w:p>
        </w:tc>
        <w:tc>
          <w:tcPr>
            <w:tcW w:type="dxa" w:w="4320"/>
          </w:tcPr>
          <w:p>
            <w:r>
              <w:t>$[ ]</w:t>
            </w:r>
          </w:p>
        </w:tc>
      </w:tr>
      <w:tr>
        <w:tc>
          <w:tcPr>
            <w:tcW w:type="dxa" w:w="4320"/>
          </w:tcPr>
          <w:p>
            <w:r>
              <w:t>Revenue: one-off deep cleans / move-outs</w:t>
            </w:r>
          </w:p>
        </w:tc>
        <w:tc>
          <w:tcPr>
            <w:tcW w:type="dxa" w:w="4320"/>
          </w:tcPr>
          <w:p>
            <w:r>
              <w:t>$[ ]</w:t>
            </w:r>
          </w:p>
        </w:tc>
      </w:tr>
      <w:tr>
        <w:tc>
          <w:tcPr>
            <w:tcW w:type="dxa" w:w="4320"/>
          </w:tcPr>
          <w:p>
            <w:r>
              <w:t>Cleaner pay (per job)</w:t>
            </w:r>
          </w:p>
        </w:tc>
        <w:tc>
          <w:tcPr>
            <w:tcW w:type="dxa" w:w="4320"/>
          </w:tcPr>
          <w:p>
            <w:r>
              <w:t>$[ ]</w:t>
            </w:r>
          </w:p>
        </w:tc>
      </w:tr>
      <w:tr>
        <w:tc>
          <w:tcPr>
            <w:tcW w:type="dxa" w:w="4320"/>
          </w:tcPr>
          <w:p>
            <w:r>
              <w:t>Supplies</w:t>
            </w:r>
          </w:p>
        </w:tc>
        <w:tc>
          <w:tcPr>
            <w:tcW w:type="dxa" w:w="4320"/>
          </w:tcPr>
          <w:p>
            <w:r>
              <w:t>$[ ]</w:t>
            </w:r>
          </w:p>
        </w:tc>
      </w:tr>
      <w:tr>
        <w:tc>
          <w:tcPr>
            <w:tcW w:type="dxa" w:w="4320"/>
          </w:tcPr>
          <w:p>
            <w:r>
              <w:t>Insurance</w:t>
            </w:r>
          </w:p>
        </w:tc>
        <w:tc>
          <w:tcPr>
            <w:tcW w:type="dxa" w:w="4320"/>
          </w:tcPr>
          <w:p>
            <w:r>
              <w:t>$[ ]</w:t>
            </w:r>
          </w:p>
        </w:tc>
      </w:tr>
      <w:tr>
        <w:tc>
          <w:tcPr>
            <w:tcW w:type="dxa" w:w="4320"/>
          </w:tcPr>
          <w:p>
            <w:r>
              <w:t>Software</w:t>
            </w:r>
          </w:p>
        </w:tc>
        <w:tc>
          <w:tcPr>
            <w:tcW w:type="dxa" w:w="4320"/>
          </w:tcPr>
          <w:p>
            <w:r>
              <w:t>$[ ]</w:t>
            </w:r>
          </w:p>
        </w:tc>
      </w:tr>
      <w:tr>
        <w:tc>
          <w:tcPr>
            <w:tcW w:type="dxa" w:w="4320"/>
          </w:tcPr>
          <w:p>
            <w:r>
              <w:t>Phone, gas, marketing</w:t>
            </w:r>
          </w:p>
        </w:tc>
        <w:tc>
          <w:tcPr>
            <w:tcW w:type="dxa" w:w="4320"/>
          </w:tcPr>
          <w:p>
            <w:r>
              <w:t>$[ ]</w:t>
            </w:r>
          </w:p>
        </w:tc>
      </w:tr>
      <w:tr>
        <w:tc>
          <w:tcPr>
            <w:tcW w:type="dxa" w:w="4320"/>
          </w:tcPr>
          <w:p>
            <w:r>
              <w:t>Profit (revenue minus costs)</w:t>
            </w:r>
          </w:p>
        </w:tc>
        <w:tc>
          <w:tcPr>
            <w:tcW w:type="dxa" w:w="4320"/>
          </w:tcPr>
          <w:p>
            <w:r>
              <w:t>$[ ]</w:t>
            </w:r>
          </w:p>
        </w:tc>
      </w:tr>
    </w:tbl>
    <w:p/>
    <w:p>
      <w:pPr>
        <w:pStyle w:val="Heading1"/>
      </w:pPr>
      <w:r>
        <w:rPr>
          <w:color w:val="00743D"/>
        </w:rPr>
        <w:t>8. 90-day goal</w:t>
      </w:r>
    </w:p>
    <w:p>
      <w:r>
        <w:t>Goal: $[10,000] a month by [date].</w:t>
      </w:r>
    </w:p>
    <w:p>
      <w:r>
        <w:t>Math: $[goal] ÷ $[monthly value of one recurring client] = [number] recurring clients.</w:t>
      </w:r>
    </w:p>
    <w:p>
      <w:r>
        <w:t>Days 1–30: [build your lead flow: outreach targets, first jobs].</w:t>
      </w:r>
    </w:p>
    <w:p>
      <w:r>
        <w:t>Days 31–60: [turn one-time clients into recurring: target number].</w:t>
      </w:r>
    </w:p>
    <w:p>
      <w:r>
        <w:t>Days 61–90: [hire cleaners, automate booking, reminders and follow-ups].</w:t>
      </w:r>
    </w:p>
    <w:p>
      <w:r>
        <w:t>[How you'll track progress each week.]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Free template from BookedEZ · getbookedez.com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