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743D"/>
          <w:sz w:val="52"/>
        </w:rPr>
        <w:t>INVOICE</w:t>
      </w:r>
    </w:p>
    <w:p>
      <w:r>
        <w:rPr>
          <w:b/>
        </w:rPr>
        <w:t>[Your Business Name]</w:t>
        <w:br/>
      </w:r>
      <w:r>
        <w:t>[Street address, City, State ZIP]</w:t>
        <w:br/>
        <w:t>[Phone] · [Email] · [Website]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Invoice #</w:t>
            </w:r>
          </w:p>
        </w:tc>
        <w:tc>
          <w:tcPr>
            <w:tcW w:type="dxa" w:w="4320"/>
          </w:tcPr>
          <w:p>
            <w:r>
              <w:t>[1001]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[MM/DD/YYYY]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date</w:t>
            </w:r>
          </w:p>
        </w:tc>
        <w:tc>
          <w:tcPr>
            <w:tcW w:type="dxa" w:w="4320"/>
          </w:tcPr>
          <w:p>
            <w:r>
              <w:t>[MM/DD/YYYY]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4320"/>
          </w:tcPr>
          <w:p>
            <w:r>
              <w:t>[Due on receipt]</w:t>
            </w:r>
          </w:p>
        </w:tc>
      </w:tr>
    </w:tbl>
    <w:p>
      <w:r>
        <w:rPr>
          <w:b/>
          <w:color w:val="00743D"/>
          <w:sz w:val="26"/>
        </w:rPr>
        <w:t>Bill to</w:t>
      </w:r>
    </w:p>
    <w:p>
      <w:r>
        <w:t>[Client name]</w:t>
        <w:br/>
        <w:t>[Service address]</w:t>
        <w:br/>
        <w:t>[Phone] · [Email]</w:t>
      </w:r>
    </w:p>
    <w:p>
      <w:r>
        <w:rPr>
          <w:b/>
          <w:color w:val="00743D"/>
          <w:sz w:val="26"/>
        </w:rPr>
        <w:t>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Details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Line total</w:t>
            </w:r>
          </w:p>
        </w:tc>
      </w:tr>
      <w:tr>
        <w:tc>
          <w:tcPr>
            <w:tcW w:type="dxa" w:w="1728"/>
          </w:tcPr>
          <w:p>
            <w:r>
              <w:t>Deep clean</w:t>
            </w:r>
          </w:p>
        </w:tc>
        <w:tc>
          <w:tcPr>
            <w:tcW w:type="dxa" w:w="1728"/>
          </w:tcPr>
          <w:p>
            <w:r>
              <w:t>Up to 1,500 sq ft, 3 bed / 2 bath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$360.00</w:t>
            </w:r>
          </w:p>
        </w:tc>
        <w:tc>
          <w:tcPr>
            <w:tcW w:type="dxa" w:w="1728"/>
          </w:tcPr>
          <w:p>
            <w:r>
              <w:t>$360.00</w:t>
            </w:r>
          </w:p>
        </w:tc>
      </w:tr>
      <w:tr>
        <w:tc>
          <w:tcPr>
            <w:tcW w:type="dxa" w:w="1728"/>
          </w:tcPr>
          <w:p>
            <w:r>
              <w:t>Inside oven</w:t>
            </w:r>
          </w:p>
        </w:tc>
        <w:tc>
          <w:tcPr>
            <w:tcW w:type="dxa" w:w="1728"/>
          </w:tcPr>
          <w:p>
            <w:r>
              <w:t>Add-on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$50.00</w:t>
            </w:r>
          </w:p>
        </w:tc>
        <w:tc>
          <w:tcPr>
            <w:tcW w:type="dxa" w:w="1728"/>
          </w:tcPr>
          <w:p>
            <w:r>
              <w:t>$50.00</w:t>
            </w:r>
          </w:p>
        </w:tc>
      </w:tr>
      <w:tr>
        <w:tc>
          <w:tcPr>
            <w:tcW w:type="dxa" w:w="1728"/>
          </w:tcPr>
          <w:p>
            <w:r>
              <w:t>Inside fridge</w:t>
            </w:r>
          </w:p>
        </w:tc>
        <w:tc>
          <w:tcPr>
            <w:tcW w:type="dxa" w:w="1728"/>
          </w:tcPr>
          <w:p>
            <w:r>
              <w:t>Add-on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$50.00</w:t>
            </w:r>
          </w:p>
        </w:tc>
        <w:tc>
          <w:tcPr>
            <w:tcW w:type="dxa" w:w="1728"/>
          </w:tcPr>
          <w:p>
            <w:r>
              <w:t>$50.00</w:t>
            </w:r>
          </w:p>
        </w:tc>
      </w:tr>
      <w:tr>
        <w:tc>
          <w:tcPr>
            <w:tcW w:type="dxa" w:w="1728"/>
          </w:tcPr>
          <w:p>
            <w:r>
              <w:t>[Service or add-on]</w:t>
            </w:r>
          </w:p>
        </w:tc>
        <w:tc>
          <w:tcPr>
            <w:tcW w:type="dxa" w:w="1728"/>
          </w:tcPr>
          <w:p>
            <w:r>
              <w:t>[Details]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[Service or add-on]</w:t>
            </w:r>
          </w:p>
        </w:tc>
        <w:tc>
          <w:tcPr>
            <w:tcW w:type="dxa" w:w="1728"/>
          </w:tcPr>
          <w:p>
            <w:r>
              <w:t>[Details]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right"/>
            </w:pPr>
            <w:r>
              <w:t>Subtotal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$460.00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t>Discount [code or recurring %]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$0.00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t>Sales tax [only if your state taxes cleaning]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$0.00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/>
          </w:p>
        </w:tc>
        <w:tc>
          <w:tcPr>
            <w:tcW w:type="dxa" w:w="4320"/>
          </w:tcPr>
          <w:p>
            <w:pPr>
              <w:jc w:val="right"/>
            </w:pPr>
            <w:r/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/>
                <w:color w:val="00743D"/>
                <w:sz w:val="26"/>
              </w:rPr>
              <w:t>TOTAL DUE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color w:val="00743D"/>
                <w:sz w:val="26"/>
              </w:rPr>
              <w:t>$460.00</w:t>
            </w:r>
          </w:p>
        </w:tc>
      </w:tr>
    </w:tbl>
    <w:p>
      <w:r>
        <w:rPr>
          <w:b/>
          <w:color w:val="00743D"/>
          <w:sz w:val="26"/>
        </w:rPr>
        <w:t>Payment terms</w:t>
      </w:r>
    </w:p>
    <w:p>
      <w:r>
        <w:t>Payment is [due on receipt]. [Late fee terms, only if your state allows it and the client agreed in advance.]</w:t>
      </w:r>
    </w:p>
    <w:p>
      <w:r>
        <w:rPr>
          <w:b/>
          <w:color w:val="00743D"/>
          <w:sz w:val="26"/>
        </w:rPr>
        <w:t>How to pay</w:t>
      </w:r>
    </w:p>
    <w:p>
      <w:r>
        <w:t>[Card payment link] · [Zelle / Venmo: handle] · [Checks payable to Your Business Name]</w:t>
      </w:r>
    </w:p>
    <w:p>
      <w:r>
        <w:t>Thank you for your business!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Free template from BookedEZ · getbookedez.com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